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על כבישים ושלטי דרכים באזור הצפון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צורות ציווי ורבים בעברית בהקשר של שלטי 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חברתיות-רגשיות: סודות, נאמנות ופנייה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ידע: כבישים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הגליל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נכון: סודות וחברות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אפשר לשמור עליו בלי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כזה סוד מנתק מתמיכה ועוזר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(סוד שלא פוגע באף אחד ואפשר לשמור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(סוד שגורם לפחד ומנתק מתמיכה)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(חובה לתת מעבר לרכב או הולך רגל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(אדם שאפשר לפנות אליו כשיש בעיה)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צעדי החבר/ה הנאמן/ה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לחבר/ה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אם יש סכנה ממשית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לעודד את החבר/ה לפנות למבוגר/ת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להישאר לצד החבר/ה ולתמוך בו/בה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שלט מבטא חובה מחייבת, ואילו עצה היא המלצה שאפשר לבחור אם לקבל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מבטא חובה מחייבת ועצה היא 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צעד קונקרטי כמו פנייה למבוגר 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בשאלות הטריוויה על הכבישים כדי לחבר לנושא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חלק הסודות בדיון קבוצתי קצר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מנווטים נכון – חוסן,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יחד נושאים שעלו במשחקים: כבישים ושלטים באזור הצפון, צורות דקדוקיות של ציווי ורבים, וגם נושאים של חוסן נפשי כמו סודות ונאמנות.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עצרו  ·  עקוף  ·  תנו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ידע: כבישים ושלטים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מחלף גולני נמצא באזור...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הגליל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טבריה שוכנת על חוף 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הים התיכון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נכון: סודות וחברות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סוד שמגן אינו פוגע באף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סוד שמבודד גורם לתחושת בדידות ולחץ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השלט אומר "עצור", ולקבוצה אומרים "__________!"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הציווי החיובי של הפועל "לעקוף" בגוף אתה הוא 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"תן זכות קדימה" ברבים הוא "__________ זכות קדימה"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סוד שמגן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 שאפשר לפנות אליו כשיש 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סוד שמבודד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חובה לתת מעבר לרכב או הולך רגל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זכות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סוד שגורם לפחד ומנתק מתמיכה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מבוגר/ת אמון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סוד שלא פוגע באף אחד ואפשר לשמור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צעדי החבר/ה הנאמן/ה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להישאר לצד החבר/ה ולתמוך בו/בה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לחבר/ה בלי לשפוט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יש סכנה ממשית למישהו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לעודד את החבר/ה לפנות למבוגר/ת אמון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מה ההבדל בין שלט לבין עצה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שלט לעצה,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השתנתה דעתכם על נאמנות וסודות? איך?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מנווטים נכון – חוסן,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