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חוסן,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ידע על כבישים ושלטי דרכים באזור הצפון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צורות ציווי ורבים בעברית בהקשר של שלטי 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חברתיות-רגשיות: סודות, נאמנות ופנייה למבוגר 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ידע: כבישים ושלטים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הגליל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תנו זכות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זכר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אל תעקפו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ליועצ/ת, מחנכ/ת או מבוגר/ת אמון אחר/ת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נכון: סודות וחברות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לכן אפשר לשמור עליו בלי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כזה סוד מנתק מתמיכה ועוזר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במצב של סכנה חשוב לפנות למבוגר/ת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תגובות כאלה מתעלמות מהרגש האמיתי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זו הצורה הניטרלית המקובלת בעברית, לא קשורה למגדר הנהגים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עקוף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תעקפו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(סוד שלא פוגע באף אחד ואפשר לשמור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(סוד שגורם לפחד ומנתק מתמיכה)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(חובה לתת מעבר לרכב או הולך רגל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(אדם שאפשר לפנות אליו כשיש 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(יכולת להתמודד עם קושי ולחזור לתפקוד)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צעדי החבר/ה הנאמן/ה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להקשיב לחבר/ה בלי לשפוט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אם יש סכנה ממשית למישהו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לעודד את החבר/ה לפנות למבוגר/ת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להישאר לצד החבר/ה ולתמוך בו/בה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שלט מבטא חובה מחייבת, ואילו עצה היא המלצה שאפשר לבחור אם לקבל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שמזהה את סימני הסכנה ומציעה פנייה למבוגר אמון במידת הצורך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שלט מבטא חובה מחייבת ועצה היא המלצה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צעד קונקרטי כמו פנייה למבוגר 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בשאלות הטריוויה על הכבישים כדי לחבר לנושא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חלק הסודות בדיון קבוצתי קצר לפני המילוי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חוסן,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על כבישים ושלטים, על מילים בעברית, ועל חברות וסודות. התשובות קשורות למה שלמדתם במשחקים.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קדימה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לתת מעבר לרכב או להולך רגל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סוד שמגן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שלא פוגע באף אחד ואפשר לשמור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סוד שמבודד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שגורם לפחד ומנתק מתמיכה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מבוגר/ת אמון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בוגר שאפשר לפנות אליו כשיש בעיה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ולחזור לתפקוד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שמבקשת לעשות או לא לעשות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מחלף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צומת כבישים מורכב בכמה מפלסים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ידע: כבישים ושלטים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נמצא מחלף גולני?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איזה מקום מים נמצאת 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כותבים את המשפט לקבוצה?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תן זכויות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תנה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תנו זכויות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צורה כותבים שלטים?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אומרים לקבוצה לא לעקוף?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 תעקפו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תעקוף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עוקפים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עקפו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למי פונים כשמשהו מדאיג?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למורה למתמטיקה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ליועצ/ת, מחנכ/ת או מבוגר/ת אמון אחר/ת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נכון: סודות וחברות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שמגן אינו פוגע באף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שמבודד גורם לתחושת בדידות ולחץ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חבר/ה מבקש/ת לשמור סוד שמסכן אותו/ה, אין צורך לספר למבוגר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אמירה כמו "זה שטויות, אל תדאג/י" יכולה לבטל את הרגש של מישהו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שלטי תנועה נכתבים בלשון זכר יחיד כי רוב הנהגים הם גברים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השלט אומר "עצור", ולקבוצה אומרים "__________!"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הציווי החיובי של הפועל "לעקוף" בגוף אתה הוא "__________"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הציווי השלילי של "לעקוף" ברבים הוא "אל 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"תן זכות קדימה" ברבים הוא "__________ זכות קדימה"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אדם שאפשר לפנות אליו כשמשהו מדאיג נקרא "__________ אמון"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סוד שמגן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אדם שאפשר לפנות אליו כשיש 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סוד שמבודד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חובה לתת מעבר לרכב או הולך רגל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יכולת להתמודד עם קושי ולחזור לתפקוד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מבוגר/ת אמון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סוד שלא פוגע באף אחד ואפשר לשמור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סוד שגורם לפחד ומנתק מתמיכה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צעדי החבר/ה הנאמן/ה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להישאר לצד החבר/ה ולתמוך בו/בה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לחבר/ה בלי לשפוט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יש סכנה ממשית למישהו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לעודד את החבר/ה לפנות למבוגר/ת אמון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שמסביר מה ההבדל בין שלט לבין עצה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חבר/ה ביקש/ה מכם לשמור סוד, והסבירו איך הייתם מחליטים אם זה סוד שמגן או סוד שמבודד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שלט לעצה, במשפט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השתנתה דעתכם על נאמנות וסודות? איך?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צעד אחד שתעשו אם תדאגו לחבר/ה?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– חוסן, בטיחות וקבלת החלטות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